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בוויכוח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כלים להרגעה עצמית בזמן ויכוח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את שיטת עש״ן ד״ק ואת ערוצי גש״ר מאח״ד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הקשבה פעילה ושיקוף דברי הצד השני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להירגע ולהמשיך לדבר בכבוד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עוצרים שנייה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א – לחזור במילים שלנו על מה שנאמר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ג – רגש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ג – לשתות מים ולשבת זקוף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כשוויכוח משאיר תחושה קשה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להפך, מומלץ לעצור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 אחד השלבים בעש״ן ד״ק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השאלה נועדה להבין, לא לתפוס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כך כתוב בגש״ר מאח״ד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מטרת הכלי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מותר ורצוי לדבר עם מחנך, יועץ או נאמן חוסן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השלימו את המילה החסרה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איטית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דיבור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שכל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שיקוף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סיכום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התאימו בין הערוץ לבין הפעולה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ו (לשתות מים ולשבת זקוף)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ד (לרשום את הטענה של הצד השני)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ב (לתת שם לרגש שמרגישים)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ה (להיזכר במה שחשוב לי)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(להיעזר בקבוצה ולהתייעץ)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(לדמיין תרחיש או להוסיף הומור עדין)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סדרו את שלבי עש״ן ד״ק לפי הסדר הנכון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עצור - עוצרים שנייה לפני שעונים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שרירים - מכווצים ומשחררים אגרופים עם נשימה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נשימה - נושמים לאט פעם או פעמיים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דיבור עצמי מרגיע - אומרים משפט מרגיע לעצמנו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קדימה - חוזרים לדיון בביטוי מכבד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תרגול כתיבה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שמתחילה ב׳אם הבנתי נכון׳ וחוזרת על הרעיון המרכזי בלי להוסיף דעה אישית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תיאור קצר של מצב ובחירת ערוץ מתאים עם הסבר הגיוני כיצד הוא עוזר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עוצרים שנייה לפני שעונים, לא חייבים להגיב מיד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כל תשובה מהשישה ערוצים עם דוגמה מתאימה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לחזור במילים שלנו על מה שהצד השני אמר כדי לוודא הבנה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לתרגל בזוגות את תרגול השיקוף בעל פה לפני הכתיבה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להדגים את מד הטמפרטורה בכיתה כדי לחבר תלמידים לתחושותיהם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כדאי לעודד שיתוף מרצון בלבד, ללא לחץ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זירת הדיבייט – מתווכחים בכבוד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חוסן בוויכוח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נלמד איך לשמור על רוגע ועל כבוד גם כשוויכוח מתחמם, באמצעות כלים פשוטים כמו עצירה, נשימה ושיקוף.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המטרה של שיטת עש״ן ד״ק?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לנצח בוויכוח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להירגע ולהמשיך לדבר בכבוד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להפסיק את הוויכוח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להוכיח שהצד השני טועה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עושים בשלב ׳עצור׳?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עונים מיד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עוצרים שנייה לפני שעונים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צועקים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הולכים הביתה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שיקוף בהקשבה פעילה?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לחזור במילים שלנו על מה שנאמר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להתעלם מהדובר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לדבר בקול רם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לשנות נושא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איזה ערוץ בגש״ר מאח״ד קשור לתת שם לרגש?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גוף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שכל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רגש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אפשר לעשות בערוץ ׳גוף׳ כדי להתמודד עם קושי?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לרשום טענות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לדמיין תרחיש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לשתות מים ולשבת זקוף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להתייעץ עם חברים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מתי מומלץ לפנות למחנך או ליועצת?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אף פעם לא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כשוויכוח משאיר תחושה קשה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רק אחרי מבחן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כשמנצחים בוויכוח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בשיטת עש״ן ד״ק מומלץ לענות מיד כדי לא לשכוח מה רצינו להגיד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כיווץ ושחרור שרירים עם נשימה יכול לעזור להירגע בוויכוח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שאלה בהקשבה פעילה נועדה ׳לתפוס׳ את הצד השני בטעות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בערוץ ׳דמיון׳ אפשר להיעזר בהומור עדין כדי להתמודד עם קושי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 הטמפרטורה עוזר לנו לזהות איך אנחנו מרגישים בוויכוח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אסור לדבר עם אף אחד אם ויכוח השאיר תחושה קשה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השלימו את המילה החסרה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בשלב ה-׳__________׳ של עש״ן ד״ק עוצרים שנייה לפני שעונים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בשלב ה-׳נשימה׳ נושמים נשימה __________ אחת, ואפשר גם שתיים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ה-׳__________ עצמי מרגיע׳ כולל משפטים כמו ׳זה ויכוח על רעיון, לא עליי׳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בערוץ ׳__________׳ אפשר לרשום את הטענה של הצד השני ולחפש בה נקודה נכונה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בהקשבה פעילה, ה-׳__________׳ היא לחזור במילים שלנו על מה שנאמר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ה-׳__________׳ בהקשבה פעילה הוא לסכם את שני הצדדים לפני שמוסיפים דעה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התאימו בין הערוץ לבין הפעולה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גוף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להיעזר בקבוצה ולהתייעץ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שכל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לתת שם לרגש שמרגישים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רגש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לדמיין תרחיש או להוסיף הומור עדין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מערכת אמונות וערכים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לרשום את הטענה של הצד השני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חברה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להיזכר במה שחשוב לי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דמיון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לשתות מים ולשבת זקוף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סדרו את שלבי עש״ן ד״ק לפי הסדר הנכון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נשימה - נושמים לאט פעם או פעמיים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קדימה - חוזרים לדיון בביטוי מכבד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שרירים - מכווצים ומשחררים אגרופים עם נשימה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עצור - עוצרים שנייה לפני שעונים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דיבור עצמי מרגיע - אומרים משפט מרגיע לעצמנו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תרגול כתיבה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קראו את המשפט: ׳עדיף לגור בכפר, בעיר יש רעש כל הזמן.׳ כתבו שיקוף למשפט הזה במילים שלכם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תארו מצב של ויכוח שהיה לכם, ובחרו ערוץ אחד מגש״ר מאח״ד שהיה יכול לעזור לכם בו. הסבירו איך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עושים בשלב ׳עצור׳ בעש״ן ד״ק?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לערוץ אחד מגש״ר מאח״ד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שיקוף בהקשבה פעילה?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חוסן בוויכוח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