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להרגעה עצמית בזמן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עש״ן ד״ק ואת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ושיקוף דברי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להירגע ולהמשיך לדבר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לחזור במילים שלנו על מה שנאמר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לשתות מים ולשבת זקוף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כשוויכוח משאיר תחושה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מומלץ לעצור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השלבים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השאלה נועדה להבין, לא לתפוס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מותר ורצוי לדבר עם מחנך, יועץ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הערוץ לבין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(לרשום את הטענה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שם לרגש שמרגישים)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(להיזכר במה שחשוב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(להיעזר בקבוצה ולהתייעץ)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(לדמיין תרחיש או להוסיף הומור עדין)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-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- מכווצים ומשחררים אגרופים עם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- נושמים לאט פעם או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- אומרים משפט מרגיע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 - חוזרים לדיון בביטוי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שמתחילה ב׳אם הבנתי נכון׳ וחוזרת על הרעיון המרכזי בלי להוסיף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מצב ובחירת ערוץ מתאים עם הסבר הגיוני כיצד הוא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שנייה לפני שעונים, לא חייבים להגיב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מהשישה ערוצים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במילים שלנו על מה שהצד השני אמר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תרגול השיקוף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מד הטמפרטורה בכיתה כדי לחבר תלמידים לתחושותיהם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ללא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להירגע כשמתווכחים, ואיך להקשיב בכבוד לצד השני.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להישאר רגוע ולהתמודד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בחמישה שלבים להרגעה בוויכוח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שישה ערוצים שעוזרים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במילים שלנו על מה שהצד השני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כדי להבין ולא כדי להגיב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 מרגיע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שאומרים לעצמנו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ויסות רגשי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לשלוט ברגשות ולא לתת להם להשתלט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נאמני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ותלמידות שעוזרים בבית הספר בנושא רגשי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משתמשים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להירגע ולהמשיך לדבר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את הוויכוח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שהצד השני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שנייה לפני שעונים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שיקוף?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במילים שלנו על מה שנאמר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מדבר על 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לגוף שלנו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טענות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לדמיין תרחיש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לשתות מים ולשבת זקוף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להתייעץ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כדאי לבקש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כשוויכוח משאיר תחושה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אחרי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כשמנצחים בוויכוח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 מומלץ לענות מיד כדי לא לשכוח מה רצינו להגיד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כיווץ ושחרור שרירים עם נשימה יכול לעזור להירגע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בהקשבה פעילה נועדה ׳לתפוס׳ את הצד השני בטעות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׳דמיון׳ אפשר להיעזר בהומור עדין כדי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הטמפרטורה עוזר לנו לזהות איך אנחנו מרגישים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לדבר עם אף אחד אם ויכוח השאיר תחושה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ה-׳__________׳ של עש״ן ד״ק עוצרים שנייה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ה-׳נשימה׳ נושמים נשימה __________ אחת, ואפשר גם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ה-׳__________ עצמי מרגיע׳ כולל משפטים כמו ׳זה ויכוח על רעיון, לא עליי׳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בערוץ ׳__________׳ אפשר לרשום את הטענה של הצד השני ולחפש בה נקודה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בהקשבה פעילה, ה-׳__________׳ היא לחזור במילים שלנו על מה שנאמר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ה-׳__________׳ בהקשבה פעילה הוא לסכם את שני הצדדים לפני שמוסיפים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הערוץ לבין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להיעזר בקבוצה ולהתייעץ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לדמיין תרחיש או להוסיף הומור עדין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להיזכר במה שחשוב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לרשום את הטענה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שם לרגש שמרגישים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לשתות מים ולשבת זקוף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שרירים - מכווצים ומשחררים אגרופים עם נשימה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- נושמים לאט פעם או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- חוזרים לדיון בביטוי מכבד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עצור - עוצרים שנייה לפני שעונים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- אומרים משפט מרגיע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׳עדיף לגור בכפר, בעיר יש רעש כל הזמן.׳ כתבו שיקוף למשפט הזה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של ויכוח שהיה לכם, ובחרו ערוץ אחד מגש״ר מאח״ד שהיה יכול לעזור לכם בו. הסבירו איך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׳עצור׳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אחד מגש״ר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שיקוף בהקשבה פעילה?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בוויכוח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