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חוסן בוויכוח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כלים להרגעה עצמית בזמן ויכוח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שיטת עש״ן ד״ק ואת ערוצי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 פעילה ושיקוף דברי הצד 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להירגע ולהמשיך לדבר 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עוצרים שנייה לפני שעונים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רגש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להפך, מומלץ לעצור לפני שעונים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אחד השלבים בעש״ן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בגש״ר מאח״ד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הערוץ לבין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(לשתות מים ולשבת זקוף)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(לרשום את הטענה של הצד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(לתת שם לרגש שמרגישים)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(להיזכר במה שחשוב 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עש״ן ד״ק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 - עוצרים שנייה לפני שעונים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שרירים - מכווצים ומשחררים אגרופים עם 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נשימה - נושמים לאט פעם או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דיבור עצמי מרגיע - אומרים משפט מרגיע לעצמנו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שמתחילה ב׳אם הבנתי נכון׳ וחוזרת על הרעיון המרכזי בלי להוסיף דעה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שנייה לפני שעונים, לא חייבים להגיב 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מהשישה ערוצים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במילים שלנו על מה שהצד השני אמר כדי לוודא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את תרגול השיקוף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את מד הטמפרטורה בכיתה כדי לחבר תלמידים לתחושותיהם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מרצון בלבד, ללא לחץ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חוסן בוויכוח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איך לשמור על רוגע ועל כבוד גם כשוויכוח מתחמם, באמצעות כלים פשוטים כמו עצירה, נשימה ושיקוף.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עצור  ·  שכל  ·  איטית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של שיטת 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לנצח בוויכוח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להירגע ולהמשיך לדבר בכבוד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להפסיק את הוויכוח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בשלב ׳עצור׳?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עונים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עוצרים שנייה לפני שעונים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צועקים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ערוץ בגש״ר מאח״ד קשור לתת שם לרגש?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רגש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בשיטת עש״ן ד״ק מומלץ לענות מיד כדי לא לשכוח מה רצינו להגיד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כיווץ ושחרור שרירים עם נשימה יכול לעזור להירגע בוויכוח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בערוץ ׳דמיון׳ אפשר להיעזר בהומור עדין כדי להתמודד עם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בשלב ה-׳__________׳ של עש״ן ד״ק עוצרים שנייה לפני שעונים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בשלב ה-׳נשימה׳ נושמים נשימה __________ אחת, ואפשר גם שתיים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בערוץ ׳__________׳ אפשר לרשום את הטענה של הצד השני ולחפש בה נקודה נכונה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הערוץ לבין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לרשום את הטענה של הצד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להיזכר במה שחשוב 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לשתות מים ולשבת זקוף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מערכת אמונות וערכים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לתת שם לרגש שמרגישים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עש״ן ד״ק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שרירים - מכווצים ומשחררים אגרופים עם נשימה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דיבור עצמי מרגיע - אומרים משפט מרגיע לעצמנו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עצור - עוצרים שנייה לפני שעונים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נשימה - נושמים לאט פעם או פעמיים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תרגול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קראו את המשפט: ׳עדיף לגור בכפר, בעיר יש רעש כל הזמן.׳ כתבו שיקוף למשפט הזה במילים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בשלב ׳עצור׳ בעש״ן ד״ק?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לערוץ אחד מגש״ר מאח״ד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חוסן בוויכוח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